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السياق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المثنى عبد الفتاح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القرآن/ ألفاظ القرآن/ علوم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