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محمد سرور/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9789957820398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المشكلات الاقتصادية/ المشكلات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