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في المنشات الخدمية والصناعية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معتز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ادارة الانتاج/ الانتاجية/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