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المبيعات والبيع الالكتروني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زاهد عبد الحميد السامرائي/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9789957781002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الاعمال/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