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المشاريع الصغيرة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جهاد عبد الله عفانة/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9789957122447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