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زاهد محمد ديري/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9789957166595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المعاصرة/ ادارة الافراد/ ادارة الموارد البشرية/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