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حسام إبراهيم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العام/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