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المراجعة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حامد طلبة أبو هيبة/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الداخلية/ المراجعة/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