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العزيز مصطفى أبو نبعة/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الاسلام/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