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راتب جليل صويص/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المشاريع/ تنفيذ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