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هلال درويش/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9789953851761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التشريع/ النقود/ التاريخ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