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الإداري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كاظم جاسم العيساوي/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9789957064198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الاداري/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