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نزنر سعد الدين العيسى/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9789957321185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