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 علي العبيدي/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9789957711757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الاسلام/ الاداري الاقتصاد/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