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الازمة المالية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عمر يوسف عبد الله عبابنه/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9789957704803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الاسلامي/ الازمة المالية/ الاقتصاد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