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 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قاسم القريوتي/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9957112163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المعاصرة/ الاصلاحات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