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التجارة 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عامر محمد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مكتبة المجتمع العربي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3301327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التجارة/ التجارة الدولية/ الحواسيب/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