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التسويق الإلكتروني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 محمد طاهر نصير/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/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الحامد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400ص.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9789957320690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التسويق/ ادارة المبيعات/ التسويق الالكتروني/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