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الإلكتروني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يوسف أحمد أبو فارة/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9789957114688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ادارة المبيعات/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