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صحراوي بن شيخة/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9789957741198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