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الصناعي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أد. محمود جاسم الصميدعي/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9789957067106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الصناعة/ التسويق/ ادارة المبيعات/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