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والمبيعات السياحية والفندقية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حسين السرابي/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