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والكساد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بن سالم جابر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9789957332075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المالي/ التضخم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