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التعاون المصرفي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قاض/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المصرفي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