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التوازن الإقتصادي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سلام سميسم/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الاقتصاد الوضعي/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