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الحاسوب في المالية والأعمال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عزمي سلام/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9789957322755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ادارة الاعمال/ الحواسيب/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