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السلوك التنظيمي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زاهد محمد ديري/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9789957067168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السلوك التنظيمي/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