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الامن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واء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A9789957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حقوق الان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