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هاشم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9789957123314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 الاداري/ الفساد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