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المالية الدولية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دريد كامل آل شبيب/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9789957123512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