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المصارف والنقود الإلكترونية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نادر عبد العزيز شافي/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المؤسسة الحديثة للكتاب/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413ص.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3301374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النقود الالكترونية/ المصارف الالكترونية/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