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المشروعات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ضرارالعتيبي/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المواد/ المشروعات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