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المشتقات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حاكم الربيعي/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المشتقات المالية/ عقود المبادلات/ عقود الخيارات/ التحوط/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