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النظام المالي في الإسلام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أيوب/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أكاديميا/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9789953375861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الاسلام/ النظام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