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سامر بطرس جلدة/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+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النقود/ التضخم/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