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الأساسيات في الإدارة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الباري إبراهيم درة/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9789957115272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الادارة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