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المؤسسات المالية المتخصصة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جميل السعودي/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زهران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6581390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المؤسسات المالية/ ادارة/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