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المواد والجودة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ادارة المواد/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