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قنديل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9789957250270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التخزين/ ادارة المواد/ الشراء/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