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وتصميم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نضال محمود الرمحي/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تنظيم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