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علي توفيق الحاج أحمد/ أ سمير حسين محمود عوده/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دار الإعصار العلمي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217.ص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3301401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الخدمات/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