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خدمة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ناجي ذيب معلا/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9789957720254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خدمة العملاء/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