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التحليل الإحصائي بإستخدام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صبحي أبوصالح/ د أمجد ضيف الله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spss/ التحليل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