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 الغدير/ د رشاد الساعد/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