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سياسات التسعير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زكريا أحمد عزام/ 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التسعير/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