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سيكولوجية العلاقات العامة والإعلان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زهير ياسين الطاهات/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9789957537111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الاعلان التجاري/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