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صناعة الفنادق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سليم محمد خنفر/ علاء حسين السرابي/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الفنادق/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