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صيانة وإدامة نظم المعلومات الإدارية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محمد الطائي/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9789957063696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نظم المعلومات/ المعلومات الادارية/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