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التسويق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زكريا أحمد عزام/ د عبد الباسط حسونه/ د مصطفى سعيد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