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ماجد سلام الهدمي/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